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C1D82" w14:textId="70B013BB" w:rsidR="009D2722" w:rsidRPr="004A25D8" w:rsidRDefault="00E846BF" w:rsidP="001772DC">
      <w:pPr>
        <w:pStyle w:val="Title"/>
        <w:spacing w:line="360" w:lineRule="auto"/>
        <w:rPr>
          <w:rFonts w:asciiTheme="majorBidi" w:hAnsiTheme="majorBidi"/>
        </w:rPr>
      </w:pPr>
      <w:r>
        <w:t xml:space="preserve"> </w:t>
      </w:r>
      <w:r w:rsidR="00CB436E">
        <w:rPr>
          <w:rFonts w:asciiTheme="majorBidi" w:hAnsiTheme="majorBidi"/>
        </w:rPr>
        <w:t>Sawa Medical</w:t>
      </w:r>
      <w:bookmarkStart w:id="0" w:name="_GoBack"/>
      <w:bookmarkEnd w:id="0"/>
      <w:r w:rsidRPr="004A25D8">
        <w:rPr>
          <w:rFonts w:asciiTheme="majorBidi" w:hAnsiTheme="majorBidi"/>
        </w:rPr>
        <w:t xml:space="preserve"> Journal - Article Template</w:t>
      </w:r>
    </w:p>
    <w:p w14:paraId="01E4EA5C" w14:textId="29ADF1A8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 xml:space="preserve">This Word template is prepared </w:t>
      </w:r>
      <w:r w:rsidR="00370348">
        <w:rPr>
          <w:rFonts w:asciiTheme="majorBidi" w:hAnsiTheme="majorBidi" w:cstheme="majorBidi"/>
          <w:sz w:val="24"/>
          <w:szCs w:val="24"/>
        </w:rPr>
        <w:t xml:space="preserve">in accordance with the author guidelines of the </w:t>
      </w:r>
      <w:r w:rsidR="00B54D2A" w:rsidRPr="004A25D8">
        <w:rPr>
          <w:rFonts w:asciiTheme="majorBidi" w:hAnsiTheme="majorBidi" w:cstheme="majorBidi"/>
          <w:sz w:val="24"/>
          <w:szCs w:val="24"/>
        </w:rPr>
        <w:t>Sawa University Journal</w:t>
      </w:r>
      <w:r w:rsidRPr="004A25D8">
        <w:rPr>
          <w:rFonts w:asciiTheme="majorBidi" w:hAnsiTheme="majorBidi" w:cstheme="majorBidi"/>
          <w:sz w:val="24"/>
          <w:szCs w:val="24"/>
        </w:rPr>
        <w:t>. Please replace the sample text with your own content.</w:t>
      </w:r>
    </w:p>
    <w:p w14:paraId="45FF6EB7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Abstract</w:t>
      </w:r>
    </w:p>
    <w:p w14:paraId="73472B29" w14:textId="164291B6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Provide an abstract not exceeding 250 words. Summarize the objectives, methods, result</w:t>
      </w:r>
      <w:r w:rsidR="00C640F9">
        <w:rPr>
          <w:rFonts w:asciiTheme="majorBidi" w:hAnsiTheme="majorBidi" w:cstheme="majorBidi"/>
          <w:sz w:val="24"/>
          <w:szCs w:val="24"/>
        </w:rPr>
        <w:t xml:space="preserve">s, and conclusions of the study. Followed by 4-6 keywords. </w:t>
      </w:r>
    </w:p>
    <w:p w14:paraId="1874B734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Introduction</w:t>
      </w:r>
    </w:p>
    <w:p w14:paraId="50A51264" w14:textId="77777777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Write your introduction here...</w:t>
      </w:r>
    </w:p>
    <w:p w14:paraId="67BF71A0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Methods</w:t>
      </w:r>
    </w:p>
    <w:p w14:paraId="3676E529" w14:textId="77777777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Describe your methodology in detail...</w:t>
      </w:r>
    </w:p>
    <w:p w14:paraId="0A422E2A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Results</w:t>
      </w:r>
    </w:p>
    <w:p w14:paraId="27F1B3B0" w14:textId="77777777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Present the results of your study...</w:t>
      </w:r>
    </w:p>
    <w:p w14:paraId="7E8723C7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Discussion</w:t>
      </w:r>
    </w:p>
    <w:p w14:paraId="21747604" w14:textId="77777777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Interpret your findings and compare with existing literature...</w:t>
      </w:r>
    </w:p>
    <w:p w14:paraId="0BE04083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Conclusion</w:t>
      </w:r>
    </w:p>
    <w:p w14:paraId="351798E3" w14:textId="77777777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Provide a clear and concise conclusion...</w:t>
      </w:r>
    </w:p>
    <w:p w14:paraId="65511840" w14:textId="77777777" w:rsidR="009D2722" w:rsidRPr="00C640F9" w:rsidRDefault="00E846BF" w:rsidP="001772DC">
      <w:pPr>
        <w:pStyle w:val="Heading1"/>
        <w:spacing w:line="360" w:lineRule="auto"/>
        <w:rPr>
          <w:rFonts w:asciiTheme="majorBidi" w:hAnsiTheme="majorBidi"/>
        </w:rPr>
      </w:pPr>
      <w:r w:rsidRPr="00C640F9">
        <w:rPr>
          <w:rFonts w:asciiTheme="majorBidi" w:hAnsiTheme="majorBidi"/>
        </w:rPr>
        <w:t>References</w:t>
      </w:r>
    </w:p>
    <w:p w14:paraId="6C9238EC" w14:textId="32778B55" w:rsidR="00370348" w:rsidRDefault="00E846BF" w:rsidP="001772DC">
      <w:pPr>
        <w:pStyle w:val="ListParagraph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370348">
        <w:rPr>
          <w:rFonts w:asciiTheme="majorBidi" w:hAnsiTheme="majorBidi" w:cstheme="majorBidi"/>
          <w:sz w:val="24"/>
          <w:szCs w:val="24"/>
        </w:rPr>
        <w:t xml:space="preserve">References should be numbered in the order they are cited in the text. </w:t>
      </w:r>
    </w:p>
    <w:p w14:paraId="2F2901F0" w14:textId="35B8436B" w:rsidR="00370348" w:rsidRPr="00370348" w:rsidRDefault="00370348" w:rsidP="001772DC">
      <w:pPr>
        <w:pStyle w:val="ListParagraph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370348">
        <w:rPr>
          <w:rFonts w:asciiTheme="majorBidi" w:hAnsiTheme="majorBidi" w:cstheme="majorBidi"/>
          <w:sz w:val="24"/>
          <w:szCs w:val="24"/>
        </w:rPr>
        <w:t xml:space="preserve">References should be numbered in </w:t>
      </w:r>
      <w:r>
        <w:rPr>
          <w:rFonts w:asciiTheme="majorBidi" w:hAnsiTheme="majorBidi" w:cstheme="majorBidi"/>
          <w:sz w:val="24"/>
          <w:szCs w:val="24"/>
        </w:rPr>
        <w:t>(APA) form.</w:t>
      </w:r>
    </w:p>
    <w:p w14:paraId="731C3CA4" w14:textId="1BB43CEE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lastRenderedPageBreak/>
        <w:br/>
        <w:t>Example:</w:t>
      </w:r>
      <w:r w:rsidRPr="004A25D8">
        <w:rPr>
          <w:rFonts w:asciiTheme="majorBidi" w:hAnsiTheme="majorBidi" w:cstheme="majorBidi"/>
          <w:sz w:val="24"/>
          <w:szCs w:val="24"/>
        </w:rPr>
        <w:br/>
        <w:t>1. Smith J, Doe A, Brown K, et al. Title of the article. Journal Name. Year;</w:t>
      </w:r>
      <w:r w:rsidR="00370348">
        <w:rPr>
          <w:rFonts w:asciiTheme="majorBidi" w:hAnsiTheme="majorBidi" w:cstheme="majorBidi"/>
          <w:sz w:val="24"/>
          <w:szCs w:val="24"/>
        </w:rPr>
        <w:t xml:space="preserve"> </w:t>
      </w:r>
      <w:r w:rsidRPr="004A25D8">
        <w:rPr>
          <w:rFonts w:asciiTheme="majorBidi" w:hAnsiTheme="majorBidi" w:cstheme="majorBidi"/>
          <w:sz w:val="24"/>
          <w:szCs w:val="24"/>
        </w:rPr>
        <w:t>Volume(Issue):</w:t>
      </w:r>
      <w:r w:rsidR="00370348">
        <w:rPr>
          <w:rFonts w:asciiTheme="majorBidi" w:hAnsiTheme="majorBidi" w:cstheme="majorBidi"/>
          <w:sz w:val="24"/>
          <w:szCs w:val="24"/>
        </w:rPr>
        <w:t xml:space="preserve"> </w:t>
      </w:r>
      <w:r w:rsidRPr="004A25D8">
        <w:rPr>
          <w:rFonts w:asciiTheme="majorBidi" w:hAnsiTheme="majorBidi" w:cstheme="majorBidi"/>
          <w:sz w:val="24"/>
          <w:szCs w:val="24"/>
        </w:rPr>
        <w:t>Pages.</w:t>
      </w:r>
    </w:p>
    <w:p w14:paraId="0A39C079" w14:textId="77777777" w:rsidR="009D2722" w:rsidRPr="004A25D8" w:rsidRDefault="00E846BF" w:rsidP="001772DC">
      <w:pPr>
        <w:pStyle w:val="Heading1"/>
        <w:spacing w:line="360" w:lineRule="auto"/>
        <w:rPr>
          <w:rFonts w:asciiTheme="majorBidi" w:hAnsiTheme="majorBidi"/>
          <w:sz w:val="24"/>
          <w:szCs w:val="24"/>
        </w:rPr>
      </w:pPr>
      <w:r w:rsidRPr="004A25D8">
        <w:rPr>
          <w:rFonts w:asciiTheme="majorBidi" w:hAnsiTheme="majorBidi"/>
          <w:sz w:val="24"/>
          <w:szCs w:val="24"/>
        </w:rPr>
        <w:t>Formatting Notes</w:t>
      </w:r>
    </w:p>
    <w:p w14:paraId="6499A5D7" w14:textId="10D70CE3" w:rsidR="009D2722" w:rsidRPr="004A25D8" w:rsidRDefault="00E846BF" w:rsidP="001772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A25D8">
        <w:rPr>
          <w:rFonts w:asciiTheme="majorBidi" w:hAnsiTheme="majorBidi" w:cstheme="majorBidi"/>
          <w:sz w:val="24"/>
          <w:szCs w:val="24"/>
        </w:rPr>
        <w:t>- Use Times New Roman font, size 12</w:t>
      </w:r>
      <w:r w:rsidR="00C640F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C640F9">
        <w:rPr>
          <w:rFonts w:asciiTheme="majorBidi" w:hAnsiTheme="majorBidi" w:cstheme="majorBidi"/>
          <w:sz w:val="24"/>
          <w:szCs w:val="24"/>
        </w:rPr>
        <w:t>for main text</w:t>
      </w:r>
      <w:r w:rsidR="001772DC">
        <w:rPr>
          <w:rFonts w:asciiTheme="majorBidi" w:hAnsiTheme="majorBidi" w:cstheme="majorBidi"/>
          <w:sz w:val="24"/>
          <w:szCs w:val="24"/>
        </w:rPr>
        <w:t>, 14  headings.</w:t>
      </w:r>
      <w:r w:rsidR="004A25D8">
        <w:rPr>
          <w:rFonts w:asciiTheme="majorBidi" w:hAnsiTheme="majorBidi" w:cstheme="majorBidi"/>
          <w:sz w:val="24"/>
          <w:szCs w:val="24"/>
        </w:rPr>
        <w:br/>
        <w:t>- Margins: at least 1</w:t>
      </w:r>
      <w:r w:rsidRPr="004A25D8">
        <w:rPr>
          <w:rFonts w:asciiTheme="majorBidi" w:hAnsiTheme="majorBidi" w:cstheme="majorBidi"/>
          <w:sz w:val="24"/>
          <w:szCs w:val="24"/>
        </w:rPr>
        <w:t xml:space="preserve"> cm on all sides.</w:t>
      </w:r>
      <w:r w:rsidRPr="004A25D8">
        <w:rPr>
          <w:rFonts w:asciiTheme="majorBidi" w:hAnsiTheme="majorBidi" w:cstheme="majorBidi"/>
          <w:sz w:val="24"/>
          <w:szCs w:val="24"/>
        </w:rPr>
        <w:br/>
        <w:t>- Figures should be submitted as separate high-quality files (≥300 dpi).</w:t>
      </w:r>
      <w:r w:rsidRPr="004A25D8">
        <w:rPr>
          <w:rFonts w:asciiTheme="majorBidi" w:hAnsiTheme="majorBidi" w:cstheme="majorBidi"/>
          <w:sz w:val="24"/>
          <w:szCs w:val="24"/>
        </w:rPr>
        <w:br/>
        <w:t>- Tables should be created within Word, not as images.</w:t>
      </w:r>
    </w:p>
    <w:sectPr w:rsidR="009D2722" w:rsidRPr="004A25D8" w:rsidSect="00C64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154753"/>
    <w:multiLevelType w:val="hybridMultilevel"/>
    <w:tmpl w:val="E61EA21A"/>
    <w:lvl w:ilvl="0" w:tplc="8B12D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72DC"/>
    <w:rsid w:val="00255F5A"/>
    <w:rsid w:val="0029639D"/>
    <w:rsid w:val="00326F90"/>
    <w:rsid w:val="00370348"/>
    <w:rsid w:val="004A25D8"/>
    <w:rsid w:val="009D2722"/>
    <w:rsid w:val="00AA1D8D"/>
    <w:rsid w:val="00B47730"/>
    <w:rsid w:val="00B54D2A"/>
    <w:rsid w:val="00C640F9"/>
    <w:rsid w:val="00CB0664"/>
    <w:rsid w:val="00CB436E"/>
    <w:rsid w:val="00E846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4CB6A15"/>
  <w14:defaultImageDpi w14:val="300"/>
  <w15:docId w15:val="{CF8438D9-40DA-4E9F-92F1-E164F8EA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86DA91-ED80-4170-B68C-60897E8DC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1103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11</cp:revision>
  <dcterms:created xsi:type="dcterms:W3CDTF">2025-09-23T14:38:00Z</dcterms:created>
  <dcterms:modified xsi:type="dcterms:W3CDTF">2025-09-27T10:10:00Z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7ef2c12e-7fc0-4769-af45-50de5b60d73a</vt:lpwstr>
  </property>
</Properties>
</file>